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A869B" w14:textId="77777777" w:rsidR="003C76EB" w:rsidRDefault="00D56C22">
      <w:pPr>
        <w:pStyle w:val="Cmsor1"/>
      </w:pPr>
      <w:r>
        <w:t>Látogatás a Marosvásárhelyi Kultúrpalotában</w:t>
      </w:r>
    </w:p>
    <w:p w14:paraId="655AB269" w14:textId="77777777" w:rsidR="003C76EB" w:rsidRDefault="00D56C22">
      <w:r>
        <w:t>Az osztályommal ellátogattunk a marosvásárhelyi Kultúrpalotába. Már az odaút is izgalmas volt, mert mindenki nagyon várta, hogy lássa ezt a híres és gyönyörű épületet. Amikor megérkeztünk, mindannyian elámultunk, mert a Kultúrpalota kívülről is lenyűgöző volt: díszes homlokzata, szoboralakjai és színes mozaikjai igazán különleges látványt nyújtottak.</w:t>
      </w:r>
      <w:r>
        <w:br/>
      </w:r>
      <w:r>
        <w:br/>
        <w:t>Amikor beléptünk az épületbe, rögtön érezni lehetett, hogy egy nagyon régi és értékes helyen járunk. A falakon gyönyörű festmények voltak, a padlón pedig mozaikminták díszítették a termeket. Egy idegenvezető várt minket, aki érdekes történeteket mesélt a Kultúrpalota múltjáról és arról, hogy milyen rendezvényeket szoktak itt tartani. Megtudtuk, hogy ez az épület Marosvásárhely egyik legfontosabb kulturális központja, ahol hangversenyeket, kiállításokat és különböző művészeti eseményeket rendeznek.</w:t>
      </w:r>
      <w:r>
        <w:br/>
      </w:r>
      <w:r>
        <w:br/>
        <w:t>A legj</w:t>
      </w:r>
      <w:r>
        <w:t>obban a Tükörterem tetszett mindenkinek. Ott hatalmas tükrök és gyönyörű színes üvegablakok voltak, amelyekre híres magyar költők és zeneszerzők képei voltak festve. A fények csodásan tükröződtek a falakon, és igazán különleges hangulatot teremtettek.</w:t>
      </w:r>
    </w:p>
    <w:sectPr w:rsidR="003C76E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1949297">
    <w:abstractNumId w:val="8"/>
  </w:num>
  <w:num w:numId="2" w16cid:durableId="1240289813">
    <w:abstractNumId w:val="6"/>
  </w:num>
  <w:num w:numId="3" w16cid:durableId="106587339">
    <w:abstractNumId w:val="5"/>
  </w:num>
  <w:num w:numId="4" w16cid:durableId="636491503">
    <w:abstractNumId w:val="4"/>
  </w:num>
  <w:num w:numId="5" w16cid:durableId="841090620">
    <w:abstractNumId w:val="7"/>
  </w:num>
  <w:num w:numId="6" w16cid:durableId="750586575">
    <w:abstractNumId w:val="3"/>
  </w:num>
  <w:num w:numId="7" w16cid:durableId="652878945">
    <w:abstractNumId w:val="2"/>
  </w:num>
  <w:num w:numId="8" w16cid:durableId="441531007">
    <w:abstractNumId w:val="1"/>
  </w:num>
  <w:num w:numId="9" w16cid:durableId="471216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revisionView w:inkAnnotations="0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C76EB"/>
    <w:rsid w:val="00834CAF"/>
    <w:rsid w:val="00AA1D8D"/>
    <w:rsid w:val="00B47730"/>
    <w:rsid w:val="00CB0664"/>
    <w:rsid w:val="00D56C2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6FFAAC"/>
  <w14:defaultImageDpi w14:val="300"/>
  <w15:docId w15:val="{8C3F3D84-A1A5-E84E-B9F5-FD9248FD1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imelzse@gmail.com</cp:lastModifiedBy>
  <cp:revision>2</cp:revision>
  <dcterms:created xsi:type="dcterms:W3CDTF">2025-11-12T06:56:00Z</dcterms:created>
  <dcterms:modified xsi:type="dcterms:W3CDTF">2025-11-12T06:56:00Z</dcterms:modified>
  <cp:category/>
</cp:coreProperties>
</file>